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Monthly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3535"/>
          </w:tcPr>
          <w:p/>
        </w:tc>
      </w:tr>
      <w:tr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Hourly rate</w:t>
            </w:r>
          </w:p>
        </w:tc>
        <w:tc>
          <w:tcPr>
            <w:tcW w:type="dxa" w:w="3535"/>
          </w:tcPr>
          <w:p/>
        </w:tc>
      </w:tr>
      <w:tr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Overtime after (hours/week)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Overtime multiplier</w:t>
            </w:r>
          </w:p>
        </w:tc>
        <w:tc>
          <w:tcPr>
            <w:tcW w:type="dxa" w:w="353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20"/>
        <w:gridCol w:w="2020"/>
        <w:gridCol w:w="2020"/>
        <w:gridCol w:w="2020"/>
        <w:gridCol w:w="2020"/>
        <w:gridCol w:w="2020"/>
        <w:gridCol w:w="2020"/>
      </w:tblGrid>
      <w:tr>
        <w:tc>
          <w:tcPr>
            <w:tcW w:type="dxa" w:w="2020"/>
            <w:shd w:val="clear" w:color="auto" w:fill="1D4ED8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020"/>
            <w:shd w:val="clear" w:color="auto" w:fill="1D4ED8"/>
          </w:tcPr>
          <w:p>
            <w:r>
              <w:rPr>
                <w:b/>
                <w:color w:val="FFFFFF"/>
              </w:rPr>
              <w:t>Day</w:t>
            </w:r>
          </w:p>
        </w:tc>
        <w:tc>
          <w:tcPr>
            <w:tcW w:type="dxa" w:w="2020"/>
            <w:shd w:val="clear" w:color="auto" w:fill="1D4ED8"/>
          </w:tcPr>
          <w:p>
            <w:r>
              <w:rPr>
                <w:b/>
                <w:color w:val="FFFFFF"/>
              </w:rPr>
              <w:t>Start time</w:t>
            </w:r>
          </w:p>
        </w:tc>
        <w:tc>
          <w:tcPr>
            <w:tcW w:type="dxa" w:w="2020"/>
            <w:shd w:val="clear" w:color="auto" w:fill="1D4ED8"/>
          </w:tcPr>
          <w:p>
            <w:r>
              <w:rPr>
                <w:b/>
                <w:color w:val="FFFFFF"/>
              </w:rPr>
              <w:t>End time</w:t>
            </w:r>
          </w:p>
        </w:tc>
        <w:tc>
          <w:tcPr>
            <w:tcW w:type="dxa" w:w="2020"/>
            <w:shd w:val="clear" w:color="auto" w:fill="1D4ED8"/>
          </w:tcPr>
          <w:p>
            <w:r>
              <w:rPr>
                <w:b/>
                <w:color w:val="FFFFFF"/>
              </w:rPr>
              <w:t>Unpaid break (min)</w:t>
            </w:r>
          </w:p>
        </w:tc>
        <w:tc>
          <w:tcPr>
            <w:tcW w:type="dxa" w:w="2020"/>
            <w:shd w:val="clear" w:color="auto" w:fill="1D4ED8"/>
          </w:tcPr>
          <w:p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2020"/>
            <w:shd w:val="clear" w:color="auto" w:fill="1D4ED8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397"/>
        </w:trPr>
        <w:tc>
          <w:tcPr>
            <w:tcW w:type="dxa" w:w="2020"/>
          </w:tcPr>
          <w:p>
            <w:r>
              <w:t>1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3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4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5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6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7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8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9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10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11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12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13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14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15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16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17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18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19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20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21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22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23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24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25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26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27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28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29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30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  <w:tr>
        <w:trPr>
          <w:trHeight w:val="397"/>
        </w:trPr>
        <w:tc>
          <w:tcPr>
            <w:tcW w:type="dxa" w:w="2020"/>
          </w:tcPr>
          <w:p>
            <w:r>
              <w:t>31</w:t>
            </w:r>
          </w:p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  <w:tc>
          <w:tcPr>
            <w:tcW w:type="dxa" w:w="2020"/>
          </w:tcPr>
          <w:p/>
        </w:tc>
      </w:tr>
    </w:tbl>
    <w:p/>
    <w:p>
      <w:r>
        <w:rPr>
          <w:b/>
        </w:rPr>
        <w:t>Overtime by workweek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  <w:shd w:val="clear" w:color="auto" w:fill="1D4ED8"/>
          </w:tcPr>
          <w:p>
            <w:r>
              <w:rPr>
                <w:b/>
                <w:color w:val="FFFFFF"/>
              </w:rPr>
              <w:t>Week starting</w:t>
            </w:r>
          </w:p>
        </w:tc>
        <w:tc>
          <w:tcPr>
            <w:tcW w:type="dxa" w:w="2828"/>
            <w:shd w:val="clear" w:color="auto" w:fill="1D4ED8"/>
          </w:tcPr>
          <w:p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2828"/>
            <w:shd w:val="clear" w:color="auto" w:fill="1D4ED8"/>
          </w:tcPr>
          <w:p>
            <w:r>
              <w:rPr>
                <w:b/>
                <w:color w:val="FFFFFF"/>
              </w:rPr>
              <w:t>Regular</w:t>
            </w:r>
          </w:p>
        </w:tc>
        <w:tc>
          <w:tcPr>
            <w:tcW w:type="dxa" w:w="2828"/>
            <w:shd w:val="clear" w:color="auto" w:fill="1D4ED8"/>
          </w:tcPr>
          <w:p>
            <w:r>
              <w:rPr>
                <w:b/>
                <w:color w:val="FFFFFF"/>
              </w:rPr>
              <w:t>Overtime</w:t>
            </w:r>
          </w:p>
        </w:tc>
        <w:tc>
          <w:tcPr>
            <w:tcW w:type="dxa" w:w="2828"/>
            <w:shd w:val="clear" w:color="auto" w:fill="1D4ED8"/>
          </w:tcPr>
          <w:p>
            <w:r>
              <w:rPr>
                <w:b/>
                <w:color w:val="FFFFFF"/>
              </w:rPr>
              <w:t>Pay</w:t>
            </w:r>
          </w:p>
        </w:tc>
      </w:tr>
      <w:tr>
        <w:trPr>
          <w:trHeight w:val="397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397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397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397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397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397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Month total hours</w:t>
            </w:r>
          </w:p>
        </w:tc>
        <w:tc>
          <w:tcPr>
            <w:tcW w:type="dxa" w:w="7070"/>
          </w:tcPr>
          <w:p/>
        </w:tc>
      </w:tr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Month overtime hours</w:t>
            </w:r>
          </w:p>
        </w:tc>
        <w:tc>
          <w:tcPr>
            <w:tcW w:type="dxa" w:w="7070"/>
          </w:tcPr>
          <w:p/>
        </w:tc>
      </w:tr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Month total pay</w:t>
            </w:r>
          </w:p>
        </w:tc>
        <w:tc>
          <w:tcPr>
            <w:tcW w:type="dxa" w:w="7070"/>
          </w:tcPr>
          <w:p/>
        </w:tc>
      </w:tr>
    </w:tbl>
    <w:p/>
    <w:p>
      <w:r>
        <w:t>Employee signature: ______________________________    Date: ____________</w:t>
      </w:r>
    </w:p>
    <w:p>
      <w:r>
        <w:t>Manager approval:   ______________________________    Date: ____________</w:t>
      </w:r>
    </w:p>
    <w:p>
      <w:r>
        <w:rPr>
          <w:i/>
          <w:sz w:val="16"/>
        </w:rPr>
        <w:t>Free template from HiveDesk — hivedesk.com/resources/free-timesheet-templates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