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PAID TIME OFF (PTO) REQUEST FORM</w:t>
      </w:r>
    </w:p>
    <w:p>
      <w:pPr>
        <w:jc w:val="center"/>
      </w:pPr>
      <w:r>
        <w:rPr>
          <w:sz w:val="20"/>
        </w:rPr>
        <w:t>Company name: ______________________________    Form date: ____ / ____ / ________</w:t>
      </w:r>
    </w:p>
    <w:p>
      <w:pPr>
        <w:spacing w:before="200" w:after="80"/>
      </w:pPr>
      <w:r>
        <w:rPr>
          <w:b/>
          <w:sz w:val="26"/>
        </w:rPr>
        <w:t>1. Employee information</w:t>
      </w:r>
    </w:p>
    <w:tbl>
      <w:tblPr>
        <w:tblStyle w:val="TableGrid"/>
        <w:tblW w:type="auto" w:w="0"/>
        <w:jc w:val="center"/>
        <w:tblLook w:firstColumn="1" w:firstRow="1" w:lastColumn="0" w:lastRow="0" w:noHBand="0" w:noVBand="1" w:val="04A0"/>
      </w:tblPr>
      <w:tblGrid>
        <w:gridCol w:w="4824"/>
        <w:gridCol w:w="4824"/>
      </w:tblGrid>
      <w:tr>
        <w:tc>
          <w:tcPr>
            <w:tcW w:type="dxa" w:w="3168"/>
          </w:tcPr>
          <w:p>
            <w:r>
              <w:rPr>
                <w:b/>
              </w:rPr>
              <w:t>Employee name</w:t>
            </w:r>
          </w:p>
        </w:tc>
        <w:tc>
          <w:tcPr>
            <w:tcW w:type="dxa" w:w="6192"/>
          </w:tcPr>
          <w:p>
            <w:r/>
          </w:p>
        </w:tc>
      </w:tr>
      <w:tr>
        <w:tc>
          <w:tcPr>
            <w:tcW w:type="dxa" w:w="3168"/>
          </w:tcPr>
          <w:p>
            <w:r>
              <w:rPr>
                <w:b/>
              </w:rPr>
              <w:t>Employee ID</w:t>
            </w:r>
          </w:p>
        </w:tc>
        <w:tc>
          <w:tcPr>
            <w:tcW w:type="dxa" w:w="6192"/>
          </w:tcPr>
          <w:p>
            <w:r/>
          </w:p>
        </w:tc>
      </w:tr>
      <w:tr>
        <w:tc>
          <w:tcPr>
            <w:tcW w:type="dxa" w:w="3168"/>
          </w:tcPr>
          <w:p>
            <w:r>
              <w:rPr>
                <w:b/>
              </w:rPr>
              <w:t>Department / team</w:t>
            </w:r>
          </w:p>
        </w:tc>
        <w:tc>
          <w:tcPr>
            <w:tcW w:type="dxa" w:w="6192"/>
          </w:tcPr>
          <w:p>
            <w:r/>
          </w:p>
        </w:tc>
      </w:tr>
      <w:tr>
        <w:tc>
          <w:tcPr>
            <w:tcW w:type="dxa" w:w="3168"/>
          </w:tcPr>
          <w:p>
            <w:r>
              <w:rPr>
                <w:b/>
              </w:rPr>
              <w:t>Position</w:t>
            </w:r>
          </w:p>
        </w:tc>
        <w:tc>
          <w:tcPr>
            <w:tcW w:type="dxa" w:w="6192"/>
          </w:tcPr>
          <w:p>
            <w:r/>
          </w:p>
        </w:tc>
      </w:tr>
      <w:tr>
        <w:tc>
          <w:tcPr>
            <w:tcW w:type="dxa" w:w="3168"/>
          </w:tcPr>
          <w:p>
            <w:r>
              <w:rPr>
                <w:b/>
              </w:rPr>
              <w:t>Manager / approver</w:t>
            </w:r>
          </w:p>
        </w:tc>
        <w:tc>
          <w:tcPr>
            <w:tcW w:type="dxa" w:w="6192"/>
          </w:tcPr>
          <w:p>
            <w:r/>
          </w:p>
        </w:tc>
      </w:tr>
      <w:tr>
        <w:tc>
          <w:tcPr>
            <w:tcW w:type="dxa" w:w="3168"/>
          </w:tcPr>
          <w:p>
            <w:r>
              <w:rPr>
                <w:b/>
              </w:rPr>
              <w:t>Contact while away (optional)</w:t>
            </w:r>
          </w:p>
        </w:tc>
        <w:tc>
          <w:tcPr>
            <w:tcW w:type="dxa" w:w="6192"/>
          </w:tcPr>
          <w:p>
            <w:r/>
          </w:p>
        </w:tc>
      </w:tr>
    </w:tbl>
    <w:p>
      <w:pPr>
        <w:spacing w:before="200" w:after="80"/>
      </w:pPr>
      <w:r>
        <w:rPr>
          <w:b/>
          <w:sz w:val="26"/>
        </w:rPr>
        <w:t>2. Type of time off requested</w:t>
      </w:r>
    </w:p>
    <w:p>
      <w:pPr>
        <w:spacing w:after="40"/>
      </w:pPr>
      <w:r>
        <w:rPr>
          <w:b/>
        </w:rPr>
        <w:t>Check one:</w:t>
      </w:r>
    </w:p>
    <w:tbl>
      <w:tblPr>
        <w:tblW w:type="auto" w:w="0"/>
        <w:jc w:val="center"/>
        <w:tblLook w:firstColumn="1" w:firstRow="1" w:lastColumn="0" w:lastRow="0" w:noHBand="0" w:noVBand="1" w:val="04A0"/>
      </w:tblPr>
      <w:tblGrid>
        <w:gridCol w:w="4824"/>
        <w:gridCol w:w="4824"/>
      </w:tblGrid>
      <w:tr>
        <w:tc>
          <w:tcPr>
            <w:tcW w:type="dxa" w:w="4680"/>
          </w:tcPr>
          <w:p>
            <w:r>
              <w:t>☐  Vacation</w:t>
            </w:r>
          </w:p>
        </w:tc>
        <w:tc>
          <w:tcPr>
            <w:tcW w:type="dxa" w:w="4680"/>
          </w:tcPr>
          <w:p>
            <w:r>
              <w:t>☐  Sick leave</w:t>
            </w:r>
          </w:p>
        </w:tc>
      </w:tr>
      <w:tr>
        <w:tc>
          <w:tcPr>
            <w:tcW w:type="dxa" w:w="4680"/>
          </w:tcPr>
          <w:p>
            <w:r>
              <w:t>☐  Personal day</w:t>
            </w:r>
          </w:p>
        </w:tc>
        <w:tc>
          <w:tcPr>
            <w:tcW w:type="dxa" w:w="4680"/>
          </w:tcPr>
          <w:p>
            <w:r>
              <w:t>☐  Floating holiday</w:t>
            </w:r>
          </w:p>
        </w:tc>
      </w:tr>
      <w:tr>
        <w:tc>
          <w:tcPr>
            <w:tcW w:type="dxa" w:w="4680"/>
          </w:tcPr>
          <w:p>
            <w:r>
              <w:t>☐  Bereavement leave</w:t>
            </w:r>
          </w:p>
        </w:tc>
        <w:tc>
          <w:tcPr>
            <w:tcW w:type="dxa" w:w="4680"/>
          </w:tcPr>
          <w:p>
            <w:r>
              <w:t>☐  Other (specify): ______________________</w:t>
            </w:r>
          </w:p>
        </w:tc>
      </w:tr>
    </w:tbl>
    <w:p>
      <w:pPr>
        <w:spacing w:before="200" w:after="80"/>
      </w:pPr>
      <w:r>
        <w:rPr>
          <w:b/>
          <w:sz w:val="26"/>
        </w:rPr>
        <w:t>3. Dates and hours requested</w:t>
      </w:r>
    </w:p>
    <w:tbl>
      <w:tblPr>
        <w:tblStyle w:val="TableGrid"/>
        <w:tblW w:type="auto" w:w="0"/>
        <w:jc w:val="center"/>
        <w:tblLook w:firstColumn="1" w:firstRow="1" w:lastColumn="0" w:lastRow="0" w:noHBand="0" w:noVBand="1" w:val="04A0"/>
      </w:tblPr>
      <w:tblGrid>
        <w:gridCol w:w="4824"/>
        <w:gridCol w:w="4824"/>
      </w:tblGrid>
      <w:tr>
        <w:tc>
          <w:tcPr>
            <w:tcW w:type="dxa" w:w="3168"/>
          </w:tcPr>
          <w:p>
            <w:r>
              <w:rPr>
                <w:b/>
              </w:rPr>
              <w:t>First day off</w:t>
            </w:r>
          </w:p>
        </w:tc>
        <w:tc>
          <w:tcPr>
            <w:tcW w:type="dxa" w:w="6192"/>
          </w:tcPr>
          <w:p>
            <w:r/>
          </w:p>
        </w:tc>
      </w:tr>
      <w:tr>
        <w:tc>
          <w:tcPr>
            <w:tcW w:type="dxa" w:w="3168"/>
          </w:tcPr>
          <w:p>
            <w:r>
              <w:rPr>
                <w:b/>
              </w:rPr>
              <w:t>Last day off</w:t>
            </w:r>
          </w:p>
        </w:tc>
        <w:tc>
          <w:tcPr>
            <w:tcW w:type="dxa" w:w="6192"/>
          </w:tcPr>
          <w:p>
            <w:r/>
          </w:p>
        </w:tc>
      </w:tr>
      <w:tr>
        <w:tc>
          <w:tcPr>
            <w:tcW w:type="dxa" w:w="3168"/>
          </w:tcPr>
          <w:p>
            <w:r>
              <w:rPr>
                <w:b/>
              </w:rPr>
              <w:t>Return to work date</w:t>
            </w:r>
          </w:p>
        </w:tc>
        <w:tc>
          <w:tcPr>
            <w:tcW w:type="dxa" w:w="6192"/>
          </w:tcPr>
          <w:p>
            <w:r/>
          </w:p>
        </w:tc>
      </w:tr>
      <w:tr>
        <w:tc>
          <w:tcPr>
            <w:tcW w:type="dxa" w:w="3168"/>
          </w:tcPr>
          <w:p>
            <w:r>
              <w:rPr>
                <w:b/>
              </w:rPr>
              <w:t>Total working days requested</w:t>
            </w:r>
          </w:p>
        </w:tc>
        <w:tc>
          <w:tcPr>
            <w:tcW w:type="dxa" w:w="6192"/>
          </w:tcPr>
          <w:p>
            <w:r/>
          </w:p>
        </w:tc>
      </w:tr>
      <w:tr>
        <w:tc>
          <w:tcPr>
            <w:tcW w:type="dxa" w:w="3168"/>
          </w:tcPr>
          <w:p>
            <w:r>
              <w:rPr>
                <w:b/>
              </w:rPr>
              <w:t>Total hours requested</w:t>
            </w:r>
          </w:p>
        </w:tc>
        <w:tc>
          <w:tcPr>
            <w:tcW w:type="dxa" w:w="6192"/>
          </w:tcPr>
          <w:p>
            <w:r/>
          </w:p>
        </w:tc>
      </w:tr>
      <w:tr>
        <w:tc>
          <w:tcPr>
            <w:tcW w:type="dxa" w:w="3168"/>
          </w:tcPr>
          <w:p>
            <w:r>
              <w:rPr>
                <w:b/>
              </w:rPr>
              <w:t>Partial day? (specify hours)</w:t>
            </w:r>
          </w:p>
        </w:tc>
        <w:tc>
          <w:tcPr>
            <w:tcW w:type="dxa" w:w="6192"/>
          </w:tcPr>
          <w:p>
            <w:r>
              <w:t>☐ No    ☐ Yes: from ________ to ________</w:t>
            </w:r>
          </w:p>
        </w:tc>
      </w:tr>
    </w:tbl>
    <w:p>
      <w:pPr>
        <w:spacing w:before="200" w:after="80"/>
      </w:pPr>
      <w:r>
        <w:rPr>
          <w:b/>
          <w:sz w:val="26"/>
        </w:rPr>
        <w:t>4. PTO balance</w:t>
      </w:r>
    </w:p>
    <w:tbl>
      <w:tblPr>
        <w:tblStyle w:val="TableGrid"/>
        <w:tblW w:type="auto" w:w="0"/>
        <w:jc w:val="center"/>
        <w:tblLook w:firstColumn="1" w:firstRow="1" w:lastColumn="0" w:lastRow="0" w:noHBand="0" w:noVBand="1" w:val="04A0"/>
      </w:tblPr>
      <w:tblGrid>
        <w:gridCol w:w="4824"/>
        <w:gridCol w:w="4824"/>
      </w:tblGrid>
      <w:tr>
        <w:tc>
          <w:tcPr>
            <w:tcW w:type="dxa" w:w="3168"/>
          </w:tcPr>
          <w:p>
            <w:r>
              <w:rPr>
                <w:b/>
              </w:rPr>
              <w:t>Balance before this request (hours)</w:t>
            </w:r>
          </w:p>
        </w:tc>
        <w:tc>
          <w:tcPr>
            <w:tcW w:type="dxa" w:w="6192"/>
          </w:tcPr>
          <w:p>
            <w:r/>
          </w:p>
        </w:tc>
      </w:tr>
      <w:tr>
        <w:tc>
          <w:tcPr>
            <w:tcW w:type="dxa" w:w="3168"/>
          </w:tcPr>
          <w:p>
            <w:r>
              <w:rPr>
                <w:b/>
              </w:rPr>
              <w:t>Hours requested</w:t>
            </w:r>
          </w:p>
        </w:tc>
        <w:tc>
          <w:tcPr>
            <w:tcW w:type="dxa" w:w="6192"/>
          </w:tcPr>
          <w:p>
            <w:r/>
          </w:p>
        </w:tc>
      </w:tr>
      <w:tr>
        <w:tc>
          <w:tcPr>
            <w:tcW w:type="dxa" w:w="3168"/>
          </w:tcPr>
          <w:p>
            <w:r>
              <w:rPr>
                <w:b/>
              </w:rPr>
              <w:t>Balance after this request (hours)</w:t>
            </w:r>
          </w:p>
        </w:tc>
        <w:tc>
          <w:tcPr>
            <w:tcW w:type="dxa" w:w="6192"/>
          </w:tcPr>
          <w:p>
            <w:r/>
          </w:p>
        </w:tc>
      </w:tr>
      <w:tr>
        <w:tc>
          <w:tcPr>
            <w:tcW w:type="dxa" w:w="3168"/>
          </w:tcPr>
          <w:p>
            <w:r>
              <w:rPr>
                <w:b/>
              </w:rPr>
              <w:t>Does this request exceed the available balance?</w:t>
            </w:r>
          </w:p>
        </w:tc>
        <w:tc>
          <w:tcPr>
            <w:tcW w:type="dxa" w:w="6192"/>
          </w:tcPr>
          <w:p>
            <w:r>
              <w:t>☐ No    ☐ Yes (unpaid or advance PTO, if policy allows)</w:t>
            </w:r>
          </w:p>
        </w:tc>
      </w:tr>
    </w:tbl>
    <w:p>
      <w:pPr>
        <w:spacing w:before="200" w:after="80"/>
      </w:pPr>
      <w:r>
        <w:rPr>
          <w:b/>
          <w:sz w:val="26"/>
        </w:rPr>
        <w:t>5. Coverage arranged</w:t>
      </w:r>
    </w:p>
    <w:tbl>
      <w:tblPr>
        <w:tblStyle w:val="TableGrid"/>
        <w:tblW w:type="auto" w:w="0"/>
        <w:jc w:val="center"/>
        <w:tblLook w:firstColumn="1" w:firstRow="1" w:lastColumn="0" w:lastRow="0" w:noHBand="0" w:noVBand="1" w:val="04A0"/>
      </w:tblPr>
      <w:tblGrid>
        <w:gridCol w:w="4824"/>
        <w:gridCol w:w="4824"/>
      </w:tblGrid>
      <w:tr>
        <w:tc>
          <w:tcPr>
            <w:tcW w:type="dxa" w:w="3168"/>
          </w:tcPr>
          <w:p>
            <w:r>
              <w:rPr>
                <w:b/>
              </w:rPr>
              <w:t>Coverage arranged?</w:t>
            </w:r>
          </w:p>
        </w:tc>
        <w:tc>
          <w:tcPr>
            <w:tcW w:type="dxa" w:w="6192"/>
          </w:tcPr>
          <w:p>
            <w:r>
              <w:t>☐ Yes    ☐ No    ☐ Not required</w:t>
            </w:r>
          </w:p>
        </w:tc>
      </w:tr>
      <w:tr>
        <w:tc>
          <w:tcPr>
            <w:tcW w:type="dxa" w:w="3168"/>
          </w:tcPr>
          <w:p>
            <w:r>
              <w:rPr>
                <w:b/>
              </w:rPr>
              <w:t>Covering employee(s)</w:t>
            </w:r>
          </w:p>
        </w:tc>
        <w:tc>
          <w:tcPr>
            <w:tcW w:type="dxa" w:w="6192"/>
          </w:tcPr>
          <w:p>
            <w:r/>
          </w:p>
        </w:tc>
      </w:tr>
      <w:tr>
        <w:tc>
          <w:tcPr>
            <w:tcW w:type="dxa" w:w="3168"/>
          </w:tcPr>
          <w:p>
            <w:r>
              <w:rPr>
                <w:b/>
              </w:rPr>
              <w:t>Handover notes / open items</w:t>
            </w:r>
          </w:p>
        </w:tc>
        <w:tc>
          <w:tcPr>
            <w:tcW w:type="dxa" w:w="6192"/>
          </w:tcPr>
          <w:p>
            <w:r/>
          </w:p>
        </w:tc>
      </w:tr>
    </w:tbl>
    <w:p>
      <w:pPr>
        <w:spacing w:before="200" w:after="80"/>
      </w:pPr>
      <w:r>
        <w:rPr>
          <w:b/>
          <w:sz w:val="26"/>
        </w:rPr>
        <w:t>6. Employee acknowledgement</w:t>
      </w:r>
    </w:p>
    <w:p>
      <w:r>
        <w:t>I understand that this request is subject to approval under the company time off policy, that approval may depend on staffing needs, and that PTO will be deducted from my balance only for approved time.</w:t>
      </w:r>
    </w:p>
    <w:tbl>
      <w:tblPr>
        <w:tblStyle w:val="TableGrid"/>
        <w:tblW w:type="auto" w:w="0"/>
        <w:jc w:val="center"/>
        <w:tblLook w:firstColumn="1" w:firstRow="1" w:lastColumn="0" w:lastRow="0" w:noHBand="0" w:noVBand="1" w:val="04A0"/>
      </w:tblPr>
      <w:tblGrid>
        <w:gridCol w:w="4824"/>
        <w:gridCol w:w="4824"/>
      </w:tblGrid>
      <w:tr>
        <w:tc>
          <w:tcPr>
            <w:tcW w:type="dxa" w:w="3168"/>
          </w:tcPr>
          <w:p>
            <w:r>
              <w:rPr>
                <w:b/>
              </w:rPr>
              <w:t>Employee signature</w:t>
            </w:r>
          </w:p>
        </w:tc>
        <w:tc>
          <w:tcPr>
            <w:tcW w:type="dxa" w:w="6192"/>
          </w:tcPr>
          <w:p>
            <w:r/>
          </w:p>
        </w:tc>
      </w:tr>
      <w:tr>
        <w:tc>
          <w:tcPr>
            <w:tcW w:type="dxa" w:w="3168"/>
          </w:tcPr>
          <w:p>
            <w:r>
              <w:rPr>
                <w:b/>
              </w:rPr>
              <w:t>Date</w:t>
            </w:r>
          </w:p>
        </w:tc>
        <w:tc>
          <w:tcPr>
            <w:tcW w:type="dxa" w:w="6192"/>
          </w:tcPr>
          <w:p>
            <w:r/>
          </w:p>
        </w:tc>
      </w:tr>
    </w:tbl>
    <w:p>
      <w:pPr>
        <w:spacing w:before="200" w:after="80"/>
      </w:pPr>
      <w:r>
        <w:rPr>
          <w:b/>
          <w:sz w:val="26"/>
        </w:rPr>
        <w:t>7. Manager decision (for office use)</w:t>
      </w:r>
    </w:p>
    <w:tbl>
      <w:tblPr>
        <w:tblStyle w:val="TableGrid"/>
        <w:tblW w:type="auto" w:w="0"/>
        <w:jc w:val="center"/>
        <w:tblLook w:firstColumn="1" w:firstRow="1" w:lastColumn="0" w:lastRow="0" w:noHBand="0" w:noVBand="1" w:val="04A0"/>
      </w:tblPr>
      <w:tblGrid>
        <w:gridCol w:w="4824"/>
        <w:gridCol w:w="4824"/>
      </w:tblGrid>
      <w:tr>
        <w:tc>
          <w:tcPr>
            <w:tcW w:type="dxa" w:w="3168"/>
          </w:tcPr>
          <w:p>
            <w:r>
              <w:rPr>
                <w:b/>
              </w:rPr>
              <w:t>Decision</w:t>
            </w:r>
          </w:p>
        </w:tc>
        <w:tc>
          <w:tcPr>
            <w:tcW w:type="dxa" w:w="6192"/>
          </w:tcPr>
          <w:p>
            <w:r>
              <w:t>☐ Approved    ☐ Approved with changes    ☐ Denied</w:t>
            </w:r>
          </w:p>
        </w:tc>
      </w:tr>
      <w:tr>
        <w:tc>
          <w:tcPr>
            <w:tcW w:type="dxa" w:w="3168"/>
          </w:tcPr>
          <w:p>
            <w:r>
              <w:rPr>
                <w:b/>
              </w:rPr>
              <w:t>Approved dates (if different)</w:t>
            </w:r>
          </w:p>
        </w:tc>
        <w:tc>
          <w:tcPr>
            <w:tcW w:type="dxa" w:w="6192"/>
          </w:tcPr>
          <w:p>
            <w:r/>
          </w:p>
        </w:tc>
      </w:tr>
      <w:tr>
        <w:tc>
          <w:tcPr>
            <w:tcW w:type="dxa" w:w="3168"/>
          </w:tcPr>
          <w:p>
            <w:r>
              <w:rPr>
                <w:b/>
              </w:rPr>
              <w:t>Reason (required if denied or changed)</w:t>
            </w:r>
          </w:p>
        </w:tc>
        <w:tc>
          <w:tcPr>
            <w:tcW w:type="dxa" w:w="6192"/>
          </w:tcPr>
          <w:p>
            <w:r/>
          </w:p>
        </w:tc>
      </w:tr>
      <w:tr>
        <w:tc>
          <w:tcPr>
            <w:tcW w:type="dxa" w:w="3168"/>
          </w:tcPr>
          <w:p>
            <w:r>
              <w:rPr>
                <w:b/>
              </w:rPr>
              <w:t>Manager name and signature</w:t>
            </w:r>
          </w:p>
        </w:tc>
        <w:tc>
          <w:tcPr>
            <w:tcW w:type="dxa" w:w="6192"/>
          </w:tcPr>
          <w:p>
            <w:r/>
          </w:p>
        </w:tc>
      </w:tr>
      <w:tr>
        <w:tc>
          <w:tcPr>
            <w:tcW w:type="dxa" w:w="3168"/>
          </w:tcPr>
          <w:p>
            <w:r>
              <w:rPr>
                <w:b/>
              </w:rPr>
              <w:t>Decision date</w:t>
            </w:r>
          </w:p>
        </w:tc>
        <w:tc>
          <w:tcPr>
            <w:tcW w:type="dxa" w:w="6192"/>
          </w:tcPr>
          <w:p>
            <w:r/>
          </w:p>
        </w:tc>
      </w:tr>
      <w:tr>
        <w:tc>
          <w:tcPr>
            <w:tcW w:type="dxa" w:w="3168"/>
          </w:tcPr>
          <w:p>
            <w:r>
              <w:rPr>
                <w:b/>
              </w:rPr>
              <w:t>Recorded in time off tracker / payroll?</w:t>
            </w:r>
          </w:p>
        </w:tc>
        <w:tc>
          <w:tcPr>
            <w:tcW w:type="dxa" w:w="6192"/>
          </w:tcPr>
          <w:p>
            <w:r>
              <w:t>☐ Yes    Date: ____ / ____ / ________    By: ______________</w:t>
            </w:r>
          </w:p>
        </w:tc>
      </w:tr>
    </w:tbl>
    <w:p/>
    <w:p>
      <w:pPr>
        <w:jc w:val="center"/>
      </w:pPr>
      <w:r>
        <w:rPr>
          <w:i/>
          <w:sz w:val="18"/>
        </w:rPr>
        <w:t>Template by HiveDesk (hivedesk.com)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