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Weekly Timesheet by Client and Project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35"/>
        <w:gridCol w:w="3535"/>
        <w:gridCol w:w="3535"/>
        <w:gridCol w:w="3535"/>
      </w:tblGrid>
      <w:tr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3535"/>
          </w:tcPr>
          <w:p/>
        </w:tc>
      </w:tr>
      <w:tr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Period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Hourly rate</w:t>
            </w:r>
          </w:p>
        </w:tc>
        <w:tc>
          <w:tcPr>
            <w:tcW w:type="dxa" w:w="3535"/>
          </w:tcPr>
          <w:p/>
        </w:tc>
      </w:tr>
      <w:tr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Overtime after (hours/week)</w:t>
            </w:r>
          </w:p>
        </w:tc>
        <w:tc>
          <w:tcPr>
            <w:tcW w:type="dxa" w:w="3535"/>
          </w:tcPr>
          <w:p/>
        </w:tc>
        <w:tc>
          <w:tcPr>
            <w:tcW w:type="dxa" w:w="3535"/>
            <w:shd w:val="clear" w:color="auto" w:fill="F1F5F9"/>
          </w:tcPr>
          <w:p>
            <w:r>
              <w:rPr>
                <w:b/>
              </w:rPr>
              <w:t>Overtime multiplier</w:t>
            </w:r>
          </w:p>
        </w:tc>
        <w:tc>
          <w:tcPr>
            <w:tcW w:type="dxa" w:w="353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67"/>
        <w:gridCol w:w="1767"/>
        <w:gridCol w:w="1767"/>
        <w:gridCol w:w="1767"/>
        <w:gridCol w:w="1767"/>
        <w:gridCol w:w="1767"/>
        <w:gridCol w:w="1767"/>
        <w:gridCol w:w="1767"/>
      </w:tblGrid>
      <w:tr>
        <w:tc>
          <w:tcPr>
            <w:tcW w:type="dxa" w:w="1767"/>
            <w:shd w:val="clear" w:color="auto" w:fill="1D4ED8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767"/>
            <w:shd w:val="clear" w:color="auto" w:fill="1D4ED8"/>
          </w:tcPr>
          <w:p>
            <w:r>
              <w:rPr>
                <w:b/>
                <w:color w:val="FFFFFF"/>
              </w:rPr>
              <w:t>Client</w:t>
            </w:r>
          </w:p>
        </w:tc>
        <w:tc>
          <w:tcPr>
            <w:tcW w:type="dxa" w:w="1767"/>
            <w:shd w:val="clear" w:color="auto" w:fill="1D4ED8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1767"/>
            <w:shd w:val="clear" w:color="auto" w:fill="1D4ED8"/>
          </w:tcPr>
          <w:p>
            <w:r>
              <w:rPr>
                <w:b/>
                <w:color w:val="FFFFFF"/>
              </w:rPr>
              <w:t>Task</w:t>
            </w:r>
          </w:p>
        </w:tc>
        <w:tc>
          <w:tcPr>
            <w:tcW w:type="dxa" w:w="1767"/>
            <w:shd w:val="clear" w:color="auto" w:fill="1D4ED8"/>
          </w:tcPr>
          <w:p>
            <w:r>
              <w:rPr>
                <w:b/>
                <w:color w:val="FFFFFF"/>
              </w:rPr>
              <w:t>Start time</w:t>
            </w:r>
          </w:p>
        </w:tc>
        <w:tc>
          <w:tcPr>
            <w:tcW w:type="dxa" w:w="1767"/>
            <w:shd w:val="clear" w:color="auto" w:fill="1D4ED8"/>
          </w:tcPr>
          <w:p>
            <w:r>
              <w:rPr>
                <w:b/>
                <w:color w:val="FFFFFF"/>
              </w:rPr>
              <w:t>End time</w:t>
            </w:r>
          </w:p>
        </w:tc>
        <w:tc>
          <w:tcPr>
            <w:tcW w:type="dxa" w:w="1767"/>
            <w:shd w:val="clear" w:color="auto" w:fill="1D4ED8"/>
          </w:tcPr>
          <w:p>
            <w:r>
              <w:rPr>
                <w:b/>
                <w:color w:val="FFFFFF"/>
              </w:rPr>
              <w:t>Unpaid break (min)</w:t>
            </w:r>
          </w:p>
        </w:tc>
        <w:tc>
          <w:tcPr>
            <w:tcW w:type="dxa" w:w="1767"/>
            <w:shd w:val="clear" w:color="auto" w:fill="1D4ED8"/>
          </w:tcPr>
          <w:p>
            <w:r>
              <w:rPr>
                <w:b/>
                <w:color w:val="FFFFFF"/>
              </w:rPr>
              <w:t>Hours</w:t>
            </w:r>
          </w:p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  <w:tr>
        <w:trPr>
          <w:trHeight w:val="397"/>
        </w:trPr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  <w:tc>
          <w:tcPr>
            <w:tcW w:type="dxa" w:w="1767"/>
          </w:tcPr>
          <w:p/>
        </w:tc>
      </w:tr>
    </w:tbl>
    <w:p/>
    <w:p>
      <w:r>
        <w:rPr>
          <w:b/>
        </w:rPr>
        <w:t>Hours by client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4713"/>
            <w:shd w:val="clear" w:color="auto" w:fill="1D4ED8"/>
          </w:tcPr>
          <w:p>
            <w:r>
              <w:rPr>
                <w:b/>
                <w:color w:val="FFFFFF"/>
              </w:rPr>
              <w:t>Client</w:t>
            </w:r>
          </w:p>
        </w:tc>
        <w:tc>
          <w:tcPr>
            <w:tcW w:type="dxa" w:w="4713"/>
            <w:shd w:val="clear" w:color="auto" w:fill="1D4ED8"/>
          </w:tcPr>
          <w:p>
            <w:r>
              <w:rPr>
                <w:b/>
                <w:color w:val="FFFFFF"/>
              </w:rPr>
              <w:t>Hours</w:t>
            </w:r>
          </w:p>
        </w:tc>
        <w:tc>
          <w:tcPr>
            <w:tcW w:type="dxa" w:w="4713"/>
            <w:shd w:val="clear" w:color="auto" w:fill="1D4ED8"/>
          </w:tcPr>
          <w:p>
            <w:r>
              <w:rPr>
                <w:b/>
                <w:color w:val="FFFFFF"/>
              </w:rPr>
              <w:t>Amount</w:t>
            </w:r>
          </w:p>
        </w:tc>
      </w:tr>
      <w:tr>
        <w:trPr>
          <w:trHeight w:val="397"/>
        </w:trPr>
        <w:tc>
          <w:tcPr>
            <w:tcW w:type="dxa" w:w="4713"/>
          </w:tcPr>
          <w:p/>
        </w:tc>
        <w:tc>
          <w:tcPr>
            <w:tcW w:type="dxa" w:w="4713"/>
          </w:tcPr>
          <w:p/>
        </w:tc>
        <w:tc>
          <w:tcPr>
            <w:tcW w:type="dxa" w:w="4713"/>
          </w:tcPr>
          <w:p/>
        </w:tc>
      </w:tr>
      <w:tr>
        <w:trPr>
          <w:trHeight w:val="397"/>
        </w:trPr>
        <w:tc>
          <w:tcPr>
            <w:tcW w:type="dxa" w:w="4713"/>
          </w:tcPr>
          <w:p/>
        </w:tc>
        <w:tc>
          <w:tcPr>
            <w:tcW w:type="dxa" w:w="4713"/>
          </w:tcPr>
          <w:p/>
        </w:tc>
        <w:tc>
          <w:tcPr>
            <w:tcW w:type="dxa" w:w="4713"/>
          </w:tcPr>
          <w:p/>
        </w:tc>
      </w:tr>
      <w:tr>
        <w:trPr>
          <w:trHeight w:val="397"/>
        </w:trPr>
        <w:tc>
          <w:tcPr>
            <w:tcW w:type="dxa" w:w="4713"/>
          </w:tcPr>
          <w:p/>
        </w:tc>
        <w:tc>
          <w:tcPr>
            <w:tcW w:type="dxa" w:w="4713"/>
          </w:tcPr>
          <w:p/>
        </w:tc>
        <w:tc>
          <w:tcPr>
            <w:tcW w:type="dxa" w:w="4713"/>
          </w:tcPr>
          <w:p/>
        </w:tc>
      </w:tr>
      <w:tr>
        <w:trPr>
          <w:trHeight w:val="397"/>
        </w:trPr>
        <w:tc>
          <w:tcPr>
            <w:tcW w:type="dxa" w:w="4713"/>
          </w:tcPr>
          <w:p/>
        </w:tc>
        <w:tc>
          <w:tcPr>
            <w:tcW w:type="dxa" w:w="4713"/>
          </w:tcPr>
          <w:p/>
        </w:tc>
        <w:tc>
          <w:tcPr>
            <w:tcW w:type="dxa" w:w="4713"/>
          </w:tcPr>
          <w:p/>
        </w:tc>
      </w:tr>
      <w:tr>
        <w:trPr>
          <w:trHeight w:val="397"/>
        </w:trPr>
        <w:tc>
          <w:tcPr>
            <w:tcW w:type="dxa" w:w="4713"/>
          </w:tcPr>
          <w:p/>
        </w:tc>
        <w:tc>
          <w:tcPr>
            <w:tcW w:type="dxa" w:w="4713"/>
          </w:tcPr>
          <w:p/>
        </w:tc>
        <w:tc>
          <w:tcPr>
            <w:tcW w:type="dxa" w:w="4713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070"/>
        <w:gridCol w:w="7070"/>
      </w:tblGrid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Total hours</w:t>
            </w:r>
          </w:p>
        </w:tc>
        <w:tc>
          <w:tcPr>
            <w:tcW w:type="dxa" w:w="7070"/>
          </w:tcPr>
          <w:p/>
        </w:tc>
      </w:tr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Regular hours</w:t>
            </w:r>
          </w:p>
        </w:tc>
        <w:tc>
          <w:tcPr>
            <w:tcW w:type="dxa" w:w="7070"/>
          </w:tcPr>
          <w:p/>
        </w:tc>
      </w:tr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Overtime hours</w:t>
            </w:r>
          </w:p>
        </w:tc>
        <w:tc>
          <w:tcPr>
            <w:tcW w:type="dxa" w:w="7070"/>
          </w:tcPr>
          <w:p/>
        </w:tc>
      </w:tr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Regular pay</w:t>
            </w:r>
          </w:p>
        </w:tc>
        <w:tc>
          <w:tcPr>
            <w:tcW w:type="dxa" w:w="7070"/>
          </w:tcPr>
          <w:p/>
        </w:tc>
      </w:tr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Overtime pay</w:t>
            </w:r>
          </w:p>
        </w:tc>
        <w:tc>
          <w:tcPr>
            <w:tcW w:type="dxa" w:w="7070"/>
          </w:tcPr>
          <w:p/>
        </w:tc>
      </w:tr>
      <w:tr>
        <w:tc>
          <w:tcPr>
            <w:tcW w:type="dxa" w:w="7070"/>
            <w:shd w:val="clear" w:color="auto" w:fill="F1F5F9"/>
          </w:tcPr>
          <w:p>
            <w:r>
              <w:rPr>
                <w:b/>
              </w:rPr>
              <w:t>Total pay</w:t>
            </w:r>
          </w:p>
        </w:tc>
        <w:tc>
          <w:tcPr>
            <w:tcW w:type="dxa" w:w="7070"/>
          </w:tcPr>
          <w:p/>
        </w:tc>
      </w:tr>
    </w:tbl>
    <w:p/>
    <w:p>
      <w:r>
        <w:t>Employee signature: ______________________________    Date: ____________</w:t>
      </w:r>
    </w:p>
    <w:p>
      <w:r>
        <w:t>Manager approval:   ______________________________    Date: ____________</w:t>
      </w:r>
    </w:p>
    <w:p>
      <w:r>
        <w:rPr>
          <w:i/>
          <w:sz w:val="16"/>
        </w:rPr>
        <w:t>Free template from HiveDesk — hivedesk.com/resources/free-timesheet-templates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