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Weekly Timesheet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Employee name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Manager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Period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Hourly rate</w:t>
            </w:r>
          </w:p>
        </w:tc>
        <w:tc>
          <w:tcPr>
            <w:tcW w:type="dxa" w:w="2635"/>
          </w:tcPr>
          <w:p/>
        </w:tc>
      </w:tr>
      <w:tr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Overtime after (hours/week)</w:t>
            </w:r>
          </w:p>
        </w:tc>
        <w:tc>
          <w:tcPr>
            <w:tcW w:type="dxa" w:w="2635"/>
          </w:tcPr>
          <w:p/>
        </w:tc>
        <w:tc>
          <w:tcPr>
            <w:tcW w:type="dxa" w:w="2635"/>
            <w:shd w:val="clear" w:color="auto" w:fill="F1F5F9"/>
          </w:tcPr>
          <w:p>
            <w:r>
              <w:rPr>
                <w:b/>
              </w:rPr>
              <w:t>Overtime multiplier</w:t>
            </w:r>
          </w:p>
        </w:tc>
        <w:tc>
          <w:tcPr>
            <w:tcW w:type="dxa" w:w="2635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Day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Start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End time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Unpaid break (min)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Hours</w:t>
            </w:r>
          </w:p>
        </w:tc>
        <w:tc>
          <w:tcPr>
            <w:tcW w:type="dxa" w:w="1506"/>
            <w:shd w:val="clear" w:color="auto" w:fill="1D4ED8"/>
          </w:tcPr>
          <w:p>
            <w:r>
              <w:rPr>
                <w:b/>
                <w:color w:val="FFFFFF"/>
              </w:rPr>
              <w:t>Notes</w:t>
            </w:r>
          </w:p>
        </w:tc>
      </w:tr>
      <w:tr>
        <w:trPr>
          <w:trHeight w:val="397"/>
        </w:trPr>
        <w:tc>
          <w:tcPr>
            <w:tcW w:type="dxa" w:w="1506"/>
          </w:tcPr>
          <w:p>
            <w:r>
              <w:t>Monday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Tuesday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Wednesday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Thursday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Friday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Saturday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  <w:tr>
        <w:trPr>
          <w:trHeight w:val="397"/>
        </w:trPr>
        <w:tc>
          <w:tcPr>
            <w:tcW w:type="dxa" w:w="1506"/>
          </w:tcPr>
          <w:p>
            <w:r>
              <w:t>Sunday</w:t>
            </w:r>
          </w:p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  <w:tc>
          <w:tcPr>
            <w:tcW w:type="dxa" w:w="1506"/>
          </w:tcPr>
          <w:p/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70"/>
        <w:gridCol w:w="5270"/>
      </w:tblGrid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Total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Regular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Overtime hours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Regular pay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Overtime pay</w:t>
            </w:r>
          </w:p>
        </w:tc>
        <w:tc>
          <w:tcPr>
            <w:tcW w:type="dxa" w:w="5270"/>
          </w:tcPr>
          <w:p/>
        </w:tc>
      </w:tr>
      <w:tr>
        <w:tc>
          <w:tcPr>
            <w:tcW w:type="dxa" w:w="5270"/>
            <w:shd w:val="clear" w:color="auto" w:fill="F1F5F9"/>
          </w:tcPr>
          <w:p>
            <w:r>
              <w:rPr>
                <w:b/>
              </w:rPr>
              <w:t>Total pay</w:t>
            </w:r>
          </w:p>
        </w:tc>
        <w:tc>
          <w:tcPr>
            <w:tcW w:type="dxa" w:w="5270"/>
          </w:tcPr>
          <w:p/>
        </w:tc>
      </w:tr>
    </w:tbl>
    <w:p/>
    <w:p>
      <w:r>
        <w:t>Employee signature: ______________________________    Date: ____________</w:t>
      </w:r>
    </w:p>
    <w:p>
      <w:r>
        <w:t>Manager approval:   ______________________________    Date: ____________</w:t>
      </w:r>
    </w:p>
    <w:p>
      <w:r>
        <w:rPr>
          <w:i/>
          <w:sz w:val="16"/>
        </w:rPr>
        <w:t>Free template from HiveDesk — hivedesk.com/resources/free-timesheet-templates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